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הטכניקה עש״ן ד״ק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מתמודדים עם חרטה אחרי קנייה בעזרת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עוזרים לחבר או חברה שהתחרטו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 -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נושמים כדי 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'האם זה באמת צריך? מה המחיר האמיתי?'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מפסידים ואם זה מתאים לתוכנית החיסכון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לעצור ולחשוב לפני קנייה, לא לקנות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דוגמה לקנייה בלי חשיבה אמיתית על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 - הערוץ ממליץ לספר להורה, מורה או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הערוץ 'רגש' אומר שמותר להתבאס ולהגיד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אמונה ומשמעות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(שותים מים, הולכים קצת, 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(בודקים מה אפשר לעשות - להחזיר או למכור)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(אומרים 'אני מאוכזב/ת', מותר להתבאס)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(מספרים להורה, למורה או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(מדמיינים קנייה הבאה עם תכנון)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(רואים בטעות שיעור לפעם הבאה)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על מבצע בזק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לוחצים מיד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 ובודקים מה באמת המחיר והצורך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עושים דיבור עצמי: האם זה מתאים לתוכנית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ומתקדמים קדימה לפי התוכנית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משפט מחויבות כמו 'אני כאן איתך', שאלה כמו 'מה כבר ניסית', עידוד לפעולה כמו הצעה לבדוק החזרה, וסדר צעדים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ממשי עם יישום של חמשת השלבים: עוצרים, משחררים, נושמים, דיבור עצמי,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אפשרויות מעשיות כמו להחזיר או למכור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'אני כאן איתך' או 'נבדוק יחד'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בכיתה את חמשת הצעדים של עש״ן ד״ק בתנועה פיזית - לעצור, לנשום, לדבר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ולבקש מכל קבוצה להציג תרחיש קנייה ואת שלבי ההתמודדות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שאסור לבייש מי שכבר קנה וטעה - המטרה היא תמיכה וליווי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רואים מבצע בטלפון ורוצים לקנות מהר. יש שיטה שעוזרת לעצור ולחשוב לפני שקונים. יש גם שיטה שעוזרת אם כבר קנינו וטעינו.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של חמישה צעדים לפני קנייה: עוצרים, משחררים, נושמים, דיבור עצמי,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שישה ערוצים שעוזרים להתמודד עם אכזבה או 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לעזור לחבר שהתחרט על קנייה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שאומרים לעצמנו כדי להירגע ולחשוב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בזק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קצר שאומר שצריך להחליט מהר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 ומשמעות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משמעות או לקח גם בטעות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הבניית 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למישהו לסדר את הצעדים הבאים לפי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ראשון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 -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 -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 -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 - דוחים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כשנושמים?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נושמים כדי להירגע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מתקשרים להורה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מחיר בחנות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דוגמה טובה למשפט 'דיבור עצמי' לפני קנייה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'אני חייב לקנות עכשיו!'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'כולם קונים אז גם אני'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'האם זה באמת צריך? מה המחיר האמיתי?'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'40% הנחה זה תמיד כדאי'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לבדוק לפני שקונים נעליים במבצע?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גודל ההנחה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מפסידים ואם זה מתאים לתוכנית החיסכון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נשאר למבצע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צבע נעליים 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היא שיטה שמטרתה לעזור לקנות מהר יותר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בתשלומים כדי 'שלא ירגיש' היא דוגמה להתנהגות לא רצויה בעש״ן ד״ק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הוא שם של שישה ערוצים להתמודדות עם אכזבה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הערוץ 'חברה' בגש״ר מאח״ד אומר שצריך להסתיר את הטעות מכולם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גש״ר מאח״ד, מותר להרגיש מאוכזב אחרי קנייה שהתחרטנו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באות ק׳ בעש״ן ד״ק מתכוונים לצעד של __________ - להמשיך לפי התוכנית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הערוץ __________ בגש״ר מאח״ד עוסק בשתיית מים והליכה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הערוץ __________ בגש״ר מאח״ד שואל: מה אפשר לעשות עכשיו, להחזיר או למכור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כשעוזרים לחבר שהתחרט על קנייה, אפשר להגיד 'אני כאן איתך' - זהו הערוץ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השיטה שעוזרת לפני קנייה נקראת עש״ן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הערוץ __________ בגש״ר מאח״ד עוזר למצוא לקח בטעות, למשל 'בפעם הבאה אעצור לפני'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ערוצים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מה אפשר לעשות - להחזיר או למכור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מספרים להורה, למורה או לחבר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רואים בטעות שיעור לפעם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מדמיינים קנייה הבאה עם 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שותים מים, הולכים קצת,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אומרים 'אני מאוכזב/ת', מותר להתבאס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 ובודקים מה באמת המחיר והצורך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ומתקדמים קדימה לפי התוכנית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עושים דיבור עצמי: האם זה מתאים לתוכנית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ולא לוחצים מיד על קנייה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על מבצע בזק בטלפון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חבר/ה שלך סיפר/ה שקנו בטעות מוצר יקר במבצע שהתברר כלא אמיתי, והם מתחרטים. כתבו שיחה קצרה שבה אתם עוזרים לו/לה בעזרת מעש״ה (מחויבות, עידוד לפעולה, שאלות, הבניית רצף)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קיבלתם הודעה על מבצע מפתה, ותסבירו איך הייתם משתמשים בעש״ן ד״ק כדי להחליט מה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האות ע׳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בערוץ 'שכל' כשמתמודדים עם חרטה על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מחויבות שאפשר להגיד לחבר שהתחרט על קנייה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 – עש״ן ד״ק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